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pPr>
      <w:r>
        <w:drawing>
          <wp:inline distT="0" distB="0" distL="0" distR="0">
            <wp:extent cx="1368000" cy="752400"/>
            <wp:effectExtent l="0" t="0" r="0" b="0"/>
            <wp:docPr id="1001" name="Logo DALS" descr="DALS - Dolnoslaska Amatorska Liga Siatkow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Logo DALS"/>
                    <pic:cNvPicPr/>
                  </pic:nvPicPr>
                  <pic:blipFill>
                    <a:blip r:embed="rIdLogoDals"/>
                    <a:stretch>
                      <a:fillRect/>
                    </a:stretch>
                  </pic:blipFill>
                  <pic:spPr>
                    <a:xfrm>
                      <a:off x="0" y="0"/>
                      <a:ext cx="1368000" cy="752400"/>
                    </a:xfrm>
                    <a:prstGeom prst="rect">
                      <a:avLst/>
                    </a:prstGeom>
                  </pic:spPr>
                </pic:pic>
              </a:graphicData>
            </a:graphic>
          </wp:inline>
        </w:drawing>
      </w:r>
    </w:p>
    <w:p>
      <w:pPr>
        <w:pStyle w:val="Title"/>
        <w:jc w:val="center"/>
      </w:pPr>
      <w:r>
        <w:t>Zgoda rodzica lub opiekuna prawnego</w:t>
      </w:r>
    </w:p>
    <w:p>
      <w:pPr>
        <w:spacing w:before="0" w:after="140" w:line="240" w:lineRule="auto"/>
        <w:jc w:val="center"/>
      </w:pPr>
      <w:r>
        <w:rPr>
          <w:rFonts w:ascii="Arial" w:hAnsi="Arial" w:eastAsia="Arial"/>
          <w:b/>
          <w:color w:val="1F2A44"/>
          <w:sz w:val="20"/>
        </w:rPr>
        <w:t>Udział osoby niepełnoletniej w rozgrywkach DALS w sezonie 2026 2027</w:t>
      </w:r>
    </w:p>
    <w:p>
      <w:pPr>
        <w:spacing w:before="0" w:after="120" w:line="259" w:lineRule="auto"/>
        <w:jc w:val="both"/>
      </w:pPr>
      <w:r>
        <w:rPr>
          <w:rFonts w:ascii="Arial" w:hAnsi="Arial" w:eastAsia="Arial"/>
          <w:sz w:val="19"/>
        </w:rPr>
        <w:t>Formularz dotyczy zawodnika, który ukończył 15 lat i nie ukończył 18 lat. Wypełniony i podpisany dokument należy przekazać Fundacji DALS przed pierwszym występem zawodnika - w oryginale na hali albo jako czytelny skan lub zdjęcie na dalswro@gmail.com. Organizator może poprosić o okazanie oryginału.</w:t>
      </w:r>
    </w:p>
    <w:p>
      <w:pPr>
        <w:pStyle w:val="Heading1"/>
        <w:spacing w:before="40" w:after="60" w:line="240" w:lineRule="auto"/>
        <w:keepNext/>
      </w:pPr>
      <w:r>
        <w:t>Dane zawodnika</w:t>
      </w:r>
    </w:p>
    <w:tbl>
      <w:tblPr>
        <w:tblW w:type="auto" w:w="0"/>
        <w:jc w:val="center"/>
        <w:tblLayout w:type="fixed"/>
        <w:tblLook w:firstColumn="1" w:firstRow="1" w:lastColumn="0" w:lastRow="0" w:noHBand="0" w:noVBand="1" w:val="04A0"/>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Pr>
      <w:tblGrid>
        <w:gridCol w:w="3096"/>
        <w:gridCol w:w="7042"/>
      </w:tblGrid>
      <w:tr>
        <w:trPr>
          <w:cantSplit/>
        </w:trPr>
        <w:tc>
          <w:tcPr>
            <w:tcW w:type="dxa" w:w="3096"/>
            <w:vAlign w:val="center"/>
            <w:tcMar>
              <w:top w:w="105" w:type="dxa"/>
              <w:start w:w="125" w:type="dxa"/>
              <w:bottom w:w="105" w:type="dxa"/>
              <w:end w:w="125" w:type="dxa"/>
            </w:tcMar>
            <w:shd w:fill="EEF2F7"/>
          </w:tcPr>
          <w:p>
            <w:pPr>
              <w:spacing w:before="0" w:after="0" w:line="240" w:lineRule="auto"/>
            </w:pPr>
            <w:r>
              <w:rPr>
                <w:rFonts w:ascii="Arial" w:hAnsi="Arial" w:eastAsia="Arial"/>
                <w:b/>
                <w:color w:val="1F2A44"/>
                <w:sz w:val="18"/>
              </w:rPr>
              <w:t>Imię i nazwisko</w:t>
            </w:r>
          </w:p>
        </w:tc>
        <w:tc>
          <w:tcPr>
            <w:tcW w:type="dxa" w:w="7042"/>
            <w:vAlign w:val="center"/>
            <w:tcMar>
              <w:top w:w="105" w:type="dxa"/>
              <w:start w:w="125" w:type="dxa"/>
              <w:bottom w:w="105" w:type="dxa"/>
              <w:end w:w="125" w:type="dxa"/>
            </w:tcMar>
          </w:tcPr>
          <w:p>
            <w:pPr>
              <w:spacing w:before="0" w:after="0" w:line="240" w:lineRule="auto"/>
            </w:pPr>
            <w:r>
              <w:rPr>
                <w:rFonts w:ascii="Arial" w:hAnsi="Arial" w:eastAsia="Arial"/>
                <w:color w:val="5C667A"/>
                <w:sz w:val="18"/>
              </w:rPr>
              <w:t>................................................................................................</w:t>
            </w:r>
          </w:p>
        </w:tc>
      </w:tr>
      <w:tr>
        <w:trPr>
          <w:cantSplit/>
        </w:trPr>
        <w:tc>
          <w:tcPr>
            <w:tcW w:type="dxa" w:w="3096"/>
            <w:vAlign w:val="center"/>
            <w:tcMar>
              <w:top w:w="105" w:type="dxa"/>
              <w:start w:w="125" w:type="dxa"/>
              <w:bottom w:w="105" w:type="dxa"/>
              <w:end w:w="125" w:type="dxa"/>
            </w:tcMar>
            <w:shd w:fill="EEF2F7"/>
          </w:tcPr>
          <w:p>
            <w:pPr>
              <w:spacing w:before="0" w:after="0" w:line="240" w:lineRule="auto"/>
            </w:pPr>
            <w:r>
              <w:rPr>
                <w:rFonts w:ascii="Arial" w:hAnsi="Arial" w:eastAsia="Arial"/>
                <w:b/>
                <w:color w:val="1F2A44"/>
                <w:sz w:val="18"/>
              </w:rPr>
              <w:t>Data urodzenia</w:t>
            </w:r>
          </w:p>
        </w:tc>
        <w:tc>
          <w:tcPr>
            <w:tcW w:type="dxa" w:w="7042"/>
            <w:vAlign w:val="center"/>
            <w:tcMar>
              <w:top w:w="105" w:type="dxa"/>
              <w:start w:w="125" w:type="dxa"/>
              <w:bottom w:w="105" w:type="dxa"/>
              <w:end w:w="125" w:type="dxa"/>
            </w:tcMar>
          </w:tcPr>
          <w:p>
            <w:pPr>
              <w:spacing w:before="0" w:after="0" w:line="240" w:lineRule="auto"/>
            </w:pPr>
            <w:r>
              <w:rPr>
                <w:rFonts w:ascii="Arial" w:hAnsi="Arial" w:eastAsia="Arial"/>
                <w:color w:val="5C667A"/>
                <w:sz w:val="18"/>
              </w:rPr>
              <w:t>................................................</w:t>
            </w:r>
          </w:p>
        </w:tc>
      </w:tr>
      <w:tr>
        <w:trPr>
          <w:cantSplit/>
        </w:trPr>
        <w:tc>
          <w:tcPr>
            <w:tcW w:type="dxa" w:w="3096"/>
            <w:vAlign w:val="center"/>
            <w:tcMar>
              <w:top w:w="105" w:type="dxa"/>
              <w:start w:w="125" w:type="dxa"/>
              <w:bottom w:w="105" w:type="dxa"/>
              <w:end w:w="125" w:type="dxa"/>
            </w:tcMar>
            <w:shd w:fill="EEF2F7"/>
          </w:tcPr>
          <w:p>
            <w:pPr>
              <w:spacing w:before="0" w:after="0" w:line="240" w:lineRule="auto"/>
            </w:pPr>
            <w:r>
              <w:rPr>
                <w:rFonts w:ascii="Arial" w:hAnsi="Arial" w:eastAsia="Arial"/>
                <w:b/>
                <w:color w:val="1F2A44"/>
                <w:sz w:val="18"/>
              </w:rPr>
              <w:t>Nazwa drużyny</w:t>
            </w:r>
          </w:p>
        </w:tc>
        <w:tc>
          <w:tcPr>
            <w:tcW w:type="dxa" w:w="7042"/>
            <w:vAlign w:val="center"/>
            <w:tcMar>
              <w:top w:w="105" w:type="dxa"/>
              <w:start w:w="125" w:type="dxa"/>
              <w:bottom w:w="105" w:type="dxa"/>
              <w:end w:w="125" w:type="dxa"/>
            </w:tcMar>
          </w:tcPr>
          <w:p>
            <w:pPr>
              <w:spacing w:before="0" w:after="0" w:line="240" w:lineRule="auto"/>
            </w:pPr>
            <w:r>
              <w:rPr>
                <w:rFonts w:ascii="Arial" w:hAnsi="Arial" w:eastAsia="Arial"/>
                <w:color w:val="5C667A"/>
                <w:sz w:val="18"/>
              </w:rPr>
              <w:t>................................................................................................</w:t>
            </w:r>
          </w:p>
        </w:tc>
      </w:tr>
      <w:tr>
        <w:trPr>
          <w:cantSplit/>
        </w:trPr>
        <w:tc>
          <w:tcPr>
            <w:tcW w:type="dxa" w:w="3096"/>
            <w:vAlign w:val="center"/>
            <w:tcMar>
              <w:top w:w="105" w:type="dxa"/>
              <w:start w:w="125" w:type="dxa"/>
              <w:bottom w:w="105" w:type="dxa"/>
              <w:end w:w="125" w:type="dxa"/>
            </w:tcMar>
            <w:shd w:fill="EEF2F7"/>
          </w:tcPr>
          <w:p>
            <w:pPr>
              <w:spacing w:before="0" w:after="0" w:line="240" w:lineRule="auto"/>
            </w:pPr>
            <w:r>
              <w:rPr>
                <w:rFonts w:ascii="Arial" w:hAnsi="Arial" w:eastAsia="Arial"/>
                <w:b/>
                <w:color w:val="1F2A44"/>
                <w:sz w:val="18"/>
              </w:rPr>
              <w:t>Kategoria</w:t>
            </w:r>
          </w:p>
        </w:tc>
        <w:tc>
          <w:tcPr>
            <w:tcW w:type="dxa" w:w="7042"/>
            <w:vAlign w:val="center"/>
            <w:tcMar>
              <w:top w:w="105" w:type="dxa"/>
              <w:start w:w="125" w:type="dxa"/>
              <w:bottom w:w="105" w:type="dxa"/>
              <w:end w:w="125" w:type="dxa"/>
            </w:tcMar>
          </w:tcPr>
          <w:p>
            <w:pPr>
              <w:spacing w:before="0" w:after="0" w:line="240" w:lineRule="auto"/>
            </w:pPr>
            <w:r>
              <w:rPr>
                <w:rFonts w:ascii="Arial" w:hAnsi="Arial" w:eastAsia="Arial"/>
                <w:color w:val="5C667A"/>
                <w:sz w:val="18"/>
              </w:rPr>
              <w:t>[  ] OPEN        [  ] kobieca</w:t>
            </w:r>
          </w:p>
        </w:tc>
      </w:tr>
    </w:tbl>
    <w:p>
      <w:pPr>
        <w:pStyle w:val="Heading1"/>
        <w:spacing w:before="140" w:after="60" w:line="240" w:lineRule="auto"/>
        <w:keepNext/>
      </w:pPr>
      <w:r>
        <w:t>Dane rodzica lub opiekuna prawnego</w:t>
      </w:r>
    </w:p>
    <w:tbl>
      <w:tblPr>
        <w:tblW w:type="auto" w:w="0"/>
        <w:jc w:val="center"/>
        <w:tblLayout w:type="fixed"/>
        <w:tblLook w:firstColumn="1" w:firstRow="1" w:lastColumn="0" w:lastRow="0" w:noHBand="0" w:noVBand="1" w:val="04A0"/>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Pr>
      <w:tblGrid>
        <w:gridCol w:w="3096"/>
        <w:gridCol w:w="7042"/>
      </w:tblGrid>
      <w:tr>
        <w:trPr>
          <w:cantSplit/>
        </w:trPr>
        <w:tc>
          <w:tcPr>
            <w:tcW w:type="dxa" w:w="3096"/>
            <w:vAlign w:val="center"/>
            <w:tcMar>
              <w:top w:w="105" w:type="dxa"/>
              <w:start w:w="125" w:type="dxa"/>
              <w:bottom w:w="105" w:type="dxa"/>
              <w:end w:w="125" w:type="dxa"/>
            </w:tcMar>
            <w:shd w:fill="EEF2F7"/>
          </w:tcPr>
          <w:p>
            <w:pPr>
              <w:spacing w:before="0" w:after="0" w:line="240" w:lineRule="auto"/>
            </w:pPr>
            <w:r>
              <w:rPr>
                <w:rFonts w:ascii="Arial" w:hAnsi="Arial" w:eastAsia="Arial"/>
                <w:b/>
                <w:color w:val="1F2A44"/>
                <w:sz w:val="18"/>
              </w:rPr>
              <w:t>Imię i nazwisko</w:t>
            </w:r>
          </w:p>
        </w:tc>
        <w:tc>
          <w:tcPr>
            <w:tcW w:type="dxa" w:w="7042"/>
            <w:vAlign w:val="center"/>
            <w:tcMar>
              <w:top w:w="105" w:type="dxa"/>
              <w:start w:w="125" w:type="dxa"/>
              <w:bottom w:w="105" w:type="dxa"/>
              <w:end w:w="125" w:type="dxa"/>
            </w:tcMar>
          </w:tcPr>
          <w:p>
            <w:pPr>
              <w:spacing w:before="0" w:after="0" w:line="240" w:lineRule="auto"/>
            </w:pPr>
            <w:r>
              <w:rPr>
                <w:rFonts w:ascii="Arial" w:hAnsi="Arial" w:eastAsia="Arial"/>
                <w:color w:val="5C667A"/>
                <w:sz w:val="18"/>
              </w:rPr>
              <w:t>................................................................................................</w:t>
            </w:r>
          </w:p>
        </w:tc>
      </w:tr>
      <w:tr>
        <w:trPr>
          <w:cantSplit/>
        </w:trPr>
        <w:tc>
          <w:tcPr>
            <w:tcW w:type="dxa" w:w="3096"/>
            <w:vAlign w:val="center"/>
            <w:tcMar>
              <w:top w:w="105" w:type="dxa"/>
              <w:start w:w="125" w:type="dxa"/>
              <w:bottom w:w="105" w:type="dxa"/>
              <w:end w:w="125" w:type="dxa"/>
            </w:tcMar>
            <w:shd w:fill="EEF2F7"/>
          </w:tcPr>
          <w:p>
            <w:pPr>
              <w:spacing w:before="0" w:after="0" w:line="240" w:lineRule="auto"/>
            </w:pPr>
            <w:r>
              <w:rPr>
                <w:rFonts w:ascii="Arial" w:hAnsi="Arial" w:eastAsia="Arial"/>
                <w:b/>
                <w:color w:val="1F2A44"/>
                <w:sz w:val="18"/>
              </w:rPr>
              <w:t>Status</w:t>
            </w:r>
          </w:p>
        </w:tc>
        <w:tc>
          <w:tcPr>
            <w:tcW w:type="dxa" w:w="7042"/>
            <w:vAlign w:val="center"/>
            <w:tcMar>
              <w:top w:w="105" w:type="dxa"/>
              <w:start w:w="125" w:type="dxa"/>
              <w:bottom w:w="105" w:type="dxa"/>
              <w:end w:w="125" w:type="dxa"/>
            </w:tcMar>
          </w:tcPr>
          <w:p>
            <w:pPr>
              <w:spacing w:before="0" w:after="0" w:line="240" w:lineRule="auto"/>
            </w:pPr>
            <w:r>
              <w:rPr>
                <w:rFonts w:ascii="Arial" w:hAnsi="Arial" w:eastAsia="Arial"/>
                <w:color w:val="5C667A"/>
                <w:sz w:val="18"/>
              </w:rPr>
              <w:t>[  ] rodzic        [  ] opiekun prawny</w:t>
            </w:r>
          </w:p>
        </w:tc>
      </w:tr>
      <w:tr>
        <w:trPr>
          <w:cantSplit/>
        </w:trPr>
        <w:tc>
          <w:tcPr>
            <w:tcW w:type="dxa" w:w="3096"/>
            <w:vAlign w:val="center"/>
            <w:tcMar>
              <w:top w:w="105" w:type="dxa"/>
              <w:start w:w="125" w:type="dxa"/>
              <w:bottom w:w="105" w:type="dxa"/>
              <w:end w:w="125" w:type="dxa"/>
            </w:tcMar>
            <w:shd w:fill="EEF2F7"/>
          </w:tcPr>
          <w:p>
            <w:pPr>
              <w:spacing w:before="0" w:after="0" w:line="240" w:lineRule="auto"/>
            </w:pPr>
            <w:r>
              <w:rPr>
                <w:rFonts w:ascii="Arial" w:hAnsi="Arial" w:eastAsia="Arial"/>
                <w:b/>
                <w:color w:val="1F2A44"/>
                <w:sz w:val="18"/>
              </w:rPr>
              <w:t>Telefon kontaktowy</w:t>
            </w:r>
          </w:p>
        </w:tc>
        <w:tc>
          <w:tcPr>
            <w:tcW w:type="dxa" w:w="7042"/>
            <w:vAlign w:val="center"/>
            <w:tcMar>
              <w:top w:w="105" w:type="dxa"/>
              <w:start w:w="125" w:type="dxa"/>
              <w:bottom w:w="105" w:type="dxa"/>
              <w:end w:w="125" w:type="dxa"/>
            </w:tcMar>
          </w:tcPr>
          <w:p>
            <w:pPr>
              <w:spacing w:before="0" w:after="0" w:line="240" w:lineRule="auto"/>
            </w:pPr>
            <w:r>
              <w:rPr>
                <w:rFonts w:ascii="Arial" w:hAnsi="Arial" w:eastAsia="Arial"/>
                <w:color w:val="5C667A"/>
                <w:sz w:val="18"/>
              </w:rPr>
              <w:t>................................................................................................</w:t>
            </w:r>
          </w:p>
        </w:tc>
      </w:tr>
      <w:tr>
        <w:trPr>
          <w:cantSplit/>
        </w:trPr>
        <w:tc>
          <w:tcPr>
            <w:tcW w:type="dxa" w:w="3096"/>
            <w:vAlign w:val="center"/>
            <w:tcMar>
              <w:top w:w="105" w:type="dxa"/>
              <w:start w:w="125" w:type="dxa"/>
              <w:bottom w:w="105" w:type="dxa"/>
              <w:end w:w="125" w:type="dxa"/>
            </w:tcMar>
            <w:shd w:fill="EEF2F7"/>
          </w:tcPr>
          <w:p>
            <w:pPr>
              <w:spacing w:before="0" w:after="0" w:line="240" w:lineRule="auto"/>
            </w:pPr>
            <w:r>
              <w:rPr>
                <w:rFonts w:ascii="Arial" w:hAnsi="Arial" w:eastAsia="Arial"/>
                <w:b/>
                <w:color w:val="1F2A44"/>
                <w:sz w:val="18"/>
              </w:rPr>
              <w:t>Adres e mail</w:t>
            </w:r>
          </w:p>
        </w:tc>
        <w:tc>
          <w:tcPr>
            <w:tcW w:type="dxa" w:w="7042"/>
            <w:vAlign w:val="center"/>
            <w:tcMar>
              <w:top w:w="105" w:type="dxa"/>
              <w:start w:w="125" w:type="dxa"/>
              <w:bottom w:w="105" w:type="dxa"/>
              <w:end w:w="125" w:type="dxa"/>
            </w:tcMar>
          </w:tcPr>
          <w:p>
            <w:pPr>
              <w:spacing w:before="0" w:after="0" w:line="240" w:lineRule="auto"/>
            </w:pPr>
            <w:r>
              <w:rPr>
                <w:rFonts w:ascii="Arial" w:hAnsi="Arial" w:eastAsia="Arial"/>
                <w:color w:val="5C667A"/>
                <w:sz w:val="18"/>
              </w:rPr>
              <w:t>................................................................................................</w:t>
            </w:r>
          </w:p>
        </w:tc>
      </w:tr>
    </w:tbl>
    <w:p>
      <w:pPr>
        <w:pStyle w:val="Heading1"/>
        <w:spacing w:before="140" w:after="60" w:line="240" w:lineRule="auto"/>
        <w:keepNext/>
      </w:pPr>
      <w:r>
        <w:t>Zgoda na udział</w:t>
      </w:r>
    </w:p>
    <w:p>
      <w:pPr>
        <w:spacing w:before="0" w:after="80" w:line="259" w:lineRule="auto"/>
        <w:jc w:val="both"/>
      </w:pPr>
      <w:r>
        <w:rPr>
          <w:rFonts w:ascii="Arial" w:hAnsi="Arial" w:eastAsia="Arial"/>
          <w:sz w:val="18"/>
        </w:rPr>
        <w:t>Jako przedstawiciel ustawowy wskazanego wyżej zawodnika wyrażam zgodę na jego udział w meczach oraz innych oficjalnych działaniach bezpośrednio związanych z rozgrywkami Dolnośląskiej Amatorskiej Ligi Siatkówki w sezonie 2026/2027.</w:t>
      </w:r>
    </w:p>
    <w:p>
      <w:pPr>
        <w:pStyle w:val="Heading1"/>
        <w:spacing w:before="80" w:after="40" w:line="240" w:lineRule="auto"/>
        <w:keepNext/>
      </w:pPr>
      <w:r>
        <w:t>Oświadczenia</w:t>
      </w:r>
    </w:p>
    <w:tbl>
      <w:tblPr>
        <w:tblW w:type="auto" w:w="0"/>
        <w:jc w:val="center"/>
        <w:tblLayout w:type="fixed"/>
        <w:tblLook w:firstColumn="1" w:firstRow="1" w:lastColumn="0" w:lastRow="0" w:noHBand="0" w:noVBand="1" w:val="04A0"/>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403"/>
        <w:gridCol w:w="9734"/>
      </w:tblGrid>
      <w:tr>
        <w:trPr>
          <w:cantSplit/>
        </w:trPr>
        <w:tc>
          <w:tcPr>
            <w:tcW w:type="dxa" w:w="403"/>
            <w:vAlign w:val="top"/>
            <w:tcMar>
              <w:top w:w="20" w:type="dxa"/>
              <w:start w:w="15" w:type="dxa"/>
              <w:bottom w:w="35" w:type="dxa"/>
              <w:end w:w="45" w:type="dxa"/>
            </w:tcMar>
          </w:tcPr>
          <w:p>
            <w:pPr>
              <w:spacing w:before="0" w:after="0" w:line="254" w:lineRule="auto"/>
              <w:jc w:val="right"/>
            </w:pPr>
            <w:r>
              <w:rPr>
                <w:rFonts w:ascii="Arial" w:hAnsi="Arial" w:eastAsia="Arial"/>
                <w:b/>
                <w:color w:val="1F2A44"/>
                <w:sz w:val="18"/>
              </w:rPr>
              <w:t>1.</w:t>
            </w:r>
          </w:p>
        </w:tc>
        <w:tc>
          <w:tcPr>
            <w:tcW w:type="dxa" w:w="9734"/>
            <w:vAlign w:val="top"/>
            <w:tcMar>
              <w:top w:w="20" w:type="dxa"/>
              <w:start w:w="15" w:type="dxa"/>
              <w:bottom w:w="35" w:type="dxa"/>
              <w:end w:w="45" w:type="dxa"/>
            </w:tcMar>
          </w:tcPr>
          <w:p>
            <w:pPr>
              <w:spacing w:before="0" w:after="0" w:line="254" w:lineRule="auto"/>
            </w:pPr>
            <w:r>
              <w:rPr>
                <w:rFonts w:ascii="Arial" w:hAnsi="Arial" w:eastAsia="Arial"/>
                <w:sz w:val="18"/>
              </w:rPr>
              <w:t>Potwierdzam, że jestem uprawniony do złożenia tej zgody oraz że podane dane są zgodne z prawdą.</w:t>
            </w:r>
          </w:p>
        </w:tc>
      </w:tr>
    </w:tbl>
    <w:tbl>
      <w:tblPr>
        <w:tblW w:type="auto" w:w="0"/>
        <w:jc w:val="center"/>
        <w:tblLayout w:type="fixed"/>
        <w:tblLook w:firstColumn="1" w:firstRow="1" w:lastColumn="0" w:lastRow="0" w:noHBand="0" w:noVBand="1" w:val="04A0"/>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403"/>
        <w:gridCol w:w="9734"/>
      </w:tblGrid>
      <w:tr>
        <w:trPr>
          <w:cantSplit/>
        </w:trPr>
        <w:tc>
          <w:tcPr>
            <w:tcW w:type="dxa" w:w="403"/>
            <w:vAlign w:val="top"/>
            <w:tcMar>
              <w:top w:w="20" w:type="dxa"/>
              <w:start w:w="15" w:type="dxa"/>
              <w:bottom w:w="35" w:type="dxa"/>
              <w:end w:w="45" w:type="dxa"/>
            </w:tcMar>
          </w:tcPr>
          <w:p>
            <w:pPr>
              <w:spacing w:before="0" w:after="0" w:line="254" w:lineRule="auto"/>
              <w:jc w:val="right"/>
            </w:pPr>
            <w:r>
              <w:rPr>
                <w:rFonts w:ascii="Arial" w:hAnsi="Arial" w:eastAsia="Arial"/>
                <w:b/>
                <w:color w:val="1F2A44"/>
                <w:sz w:val="18"/>
              </w:rPr>
              <w:t>2.</w:t>
            </w:r>
          </w:p>
        </w:tc>
        <w:tc>
          <w:tcPr>
            <w:tcW w:type="dxa" w:w="9734"/>
            <w:vAlign w:val="top"/>
            <w:tcMar>
              <w:top w:w="20" w:type="dxa"/>
              <w:start w:w="15" w:type="dxa"/>
              <w:bottom w:w="35" w:type="dxa"/>
              <w:end w:w="45" w:type="dxa"/>
            </w:tcMar>
          </w:tcPr>
          <w:p>
            <w:pPr>
              <w:spacing w:before="0" w:after="0" w:line="254" w:lineRule="auto"/>
            </w:pPr>
            <w:r>
              <w:rPr>
                <w:rFonts w:ascii="Arial" w:hAnsi="Arial" w:eastAsia="Arial"/>
                <w:sz w:val="18"/>
              </w:rPr>
              <w:t>Zapoznałem się z Regulaminem DALS 2026/2027, akceptuję go w imieniu zawodnika i zobowiązuję się przekazać mu zasady dotyczące gry, bezpieczeństwa oraz poleceń sędziów, Organizatora i obsługi obiektu.</w:t>
            </w:r>
          </w:p>
        </w:tc>
      </w:tr>
    </w:tbl>
    <w:tbl>
      <w:tblPr>
        <w:tblW w:type="auto" w:w="0"/>
        <w:jc w:val="center"/>
        <w:tblLayout w:type="fixed"/>
        <w:tblLook w:firstColumn="1" w:firstRow="1" w:lastColumn="0" w:lastRow="0" w:noHBand="0" w:noVBand="1" w:val="04A0"/>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403"/>
        <w:gridCol w:w="9734"/>
      </w:tblGrid>
      <w:tr>
        <w:trPr>
          <w:cantSplit/>
        </w:trPr>
        <w:tc>
          <w:tcPr>
            <w:tcW w:type="dxa" w:w="403"/>
            <w:vAlign w:val="top"/>
            <w:tcMar>
              <w:top w:w="20" w:type="dxa"/>
              <w:start w:w="15" w:type="dxa"/>
              <w:bottom w:w="35" w:type="dxa"/>
              <w:end w:w="45" w:type="dxa"/>
            </w:tcMar>
          </w:tcPr>
          <w:p>
            <w:pPr>
              <w:spacing w:before="0" w:after="0" w:line="254" w:lineRule="auto"/>
              <w:jc w:val="right"/>
            </w:pPr>
            <w:r>
              <w:rPr>
                <w:rFonts w:ascii="Arial" w:hAnsi="Arial" w:eastAsia="Arial"/>
                <w:b/>
                <w:color w:val="1F2A44"/>
                <w:sz w:val="18"/>
              </w:rPr>
              <w:t>3.</w:t>
            </w:r>
          </w:p>
        </w:tc>
        <w:tc>
          <w:tcPr>
            <w:tcW w:type="dxa" w:w="9734"/>
            <w:vAlign w:val="top"/>
            <w:tcMar>
              <w:top w:w="20" w:type="dxa"/>
              <w:start w:w="15" w:type="dxa"/>
              <w:bottom w:w="35" w:type="dxa"/>
              <w:end w:w="45" w:type="dxa"/>
            </w:tcMar>
          </w:tcPr>
          <w:p>
            <w:pPr>
              <w:spacing w:before="0" w:after="0" w:line="254" w:lineRule="auto"/>
            </w:pPr>
            <w:r>
              <w:rPr>
                <w:rFonts w:ascii="Arial" w:hAnsi="Arial" w:eastAsia="Arial"/>
                <w:sz w:val="18"/>
              </w:rPr>
              <w:t>Przed każdym występem zadbam o ocenę, czy stan zdrowia zawodnika pozwala na bezpieczną grę. Zawodnik nie przystąpi do meczu, jeżeli jego stan zdrowia lub samopoczucie może stwarzać zagrożenie dla niego albo innych osób.</w:t>
            </w:r>
          </w:p>
        </w:tc>
      </w:tr>
    </w:tbl>
    <w:tbl>
      <w:tblPr>
        <w:tblW w:type="auto" w:w="0"/>
        <w:jc w:val="center"/>
        <w:tblLayout w:type="fixed"/>
        <w:tblLook w:firstColumn="1" w:firstRow="1" w:lastColumn="0" w:lastRow="0" w:noHBand="0" w:noVBand="1" w:val="04A0"/>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403"/>
        <w:gridCol w:w="9734"/>
      </w:tblGrid>
      <w:tr>
        <w:trPr>
          <w:cantSplit/>
        </w:trPr>
        <w:tc>
          <w:tcPr>
            <w:tcW w:type="dxa" w:w="403"/>
            <w:vAlign w:val="top"/>
            <w:tcMar>
              <w:top w:w="20" w:type="dxa"/>
              <w:start w:w="15" w:type="dxa"/>
              <w:bottom w:w="35" w:type="dxa"/>
              <w:end w:w="45" w:type="dxa"/>
            </w:tcMar>
          </w:tcPr>
          <w:p>
            <w:pPr>
              <w:spacing w:before="0" w:after="0" w:line="254" w:lineRule="auto"/>
              <w:jc w:val="right"/>
            </w:pPr>
            <w:r>
              <w:rPr>
                <w:rFonts w:ascii="Arial" w:hAnsi="Arial" w:eastAsia="Arial"/>
                <w:b/>
                <w:color w:val="1F2A44"/>
                <w:sz w:val="18"/>
              </w:rPr>
              <w:t>4.</w:t>
            </w:r>
          </w:p>
        </w:tc>
        <w:tc>
          <w:tcPr>
            <w:tcW w:type="dxa" w:w="9734"/>
            <w:vAlign w:val="top"/>
            <w:tcMar>
              <w:top w:w="20" w:type="dxa"/>
              <w:start w:w="15" w:type="dxa"/>
              <w:bottom w:w="35" w:type="dxa"/>
              <w:end w:w="45" w:type="dxa"/>
            </w:tcMar>
          </w:tcPr>
          <w:p>
            <w:pPr>
              <w:spacing w:before="0" w:after="0" w:line="254" w:lineRule="auto"/>
            </w:pPr>
            <w:r>
              <w:rPr>
                <w:rFonts w:ascii="Arial" w:hAnsi="Arial" w:eastAsia="Arial"/>
                <w:sz w:val="18"/>
              </w:rPr>
              <w:t>Przyjmuję do wiadomości, że siatkówka wiąże się z ryzykiem urazów, a Fundacja DALS nie zapewnia grupowego ubezpieczenia NNW ani stałej obecności ratownika medycznego. Mogę ubezpieczyć zawodnika indywidualnie.</w:t>
            </w:r>
          </w:p>
        </w:tc>
      </w:tr>
    </w:tbl>
    <w:tbl>
      <w:tblPr>
        <w:tblW w:type="auto" w:w="0"/>
        <w:jc w:val="center"/>
        <w:tblLayout w:type="fixed"/>
        <w:tblLook w:firstColumn="1" w:firstRow="1" w:lastColumn="0" w:lastRow="0" w:noHBand="0" w:noVBand="1" w:val="04A0"/>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403"/>
        <w:gridCol w:w="9734"/>
      </w:tblGrid>
      <w:tr>
        <w:trPr>
          <w:cantSplit/>
        </w:trPr>
        <w:tc>
          <w:tcPr>
            <w:tcW w:type="dxa" w:w="403"/>
            <w:vAlign w:val="top"/>
            <w:tcMar>
              <w:top w:w="20" w:type="dxa"/>
              <w:start w:w="15" w:type="dxa"/>
              <w:bottom w:w="35" w:type="dxa"/>
              <w:end w:w="45" w:type="dxa"/>
            </w:tcMar>
          </w:tcPr>
          <w:p>
            <w:pPr>
              <w:spacing w:before="0" w:after="0" w:line="254" w:lineRule="auto"/>
              <w:jc w:val="right"/>
            </w:pPr>
            <w:r>
              <w:rPr>
                <w:rFonts w:ascii="Arial" w:hAnsi="Arial" w:eastAsia="Arial"/>
                <w:b/>
                <w:color w:val="1F2A44"/>
                <w:sz w:val="18"/>
              </w:rPr>
              <w:t>5.</w:t>
            </w:r>
          </w:p>
        </w:tc>
        <w:tc>
          <w:tcPr>
            <w:tcW w:type="dxa" w:w="9734"/>
            <w:vAlign w:val="top"/>
            <w:tcMar>
              <w:top w:w="20" w:type="dxa"/>
              <w:start w:w="15" w:type="dxa"/>
              <w:bottom w:w="35" w:type="dxa"/>
              <w:end w:w="45" w:type="dxa"/>
            </w:tcMar>
          </w:tcPr>
          <w:p>
            <w:pPr>
              <w:spacing w:before="0" w:after="0" w:line="254" w:lineRule="auto"/>
            </w:pPr>
            <w:r>
              <w:rPr>
                <w:rFonts w:ascii="Arial" w:hAnsi="Arial" w:eastAsia="Arial"/>
                <w:sz w:val="18"/>
              </w:rPr>
              <w:t>Zgadzam się, aby w sytuacji zagrożenia zdrowia lub życia Organizator wezwał pomoc pod numerem 112 i skontaktował się ze mną pod podanym numerem telefonu.</w:t>
            </w:r>
          </w:p>
        </w:tc>
      </w:tr>
    </w:tbl>
    <w:tbl>
      <w:tblPr>
        <w:tblW w:type="auto" w:w="0"/>
        <w:jc w:val="center"/>
        <w:tblLayout w:type="fixed"/>
        <w:tblLook w:firstColumn="1" w:firstRow="1" w:lastColumn="0" w:lastRow="0" w:noHBand="0" w:noVBand="1" w:val="04A0"/>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403"/>
        <w:gridCol w:w="9734"/>
      </w:tblGrid>
      <w:tr>
        <w:trPr>
          <w:cantSplit/>
        </w:trPr>
        <w:tc>
          <w:tcPr>
            <w:tcW w:type="dxa" w:w="403"/>
            <w:vAlign w:val="top"/>
            <w:tcMar>
              <w:top w:w="20" w:type="dxa"/>
              <w:start w:w="15" w:type="dxa"/>
              <w:bottom w:w="35" w:type="dxa"/>
              <w:end w:w="45" w:type="dxa"/>
            </w:tcMar>
          </w:tcPr>
          <w:p>
            <w:pPr>
              <w:spacing w:before="0" w:after="0" w:line="254" w:lineRule="auto"/>
              <w:jc w:val="right"/>
            </w:pPr>
            <w:r>
              <w:rPr>
                <w:rFonts w:ascii="Arial" w:hAnsi="Arial" w:eastAsia="Arial"/>
                <w:b/>
                <w:color w:val="1F2A44"/>
                <w:sz w:val="18"/>
              </w:rPr>
              <w:t>6.</w:t>
            </w:r>
          </w:p>
        </w:tc>
        <w:tc>
          <w:tcPr>
            <w:tcW w:type="dxa" w:w="9734"/>
            <w:vAlign w:val="top"/>
            <w:tcMar>
              <w:top w:w="20" w:type="dxa"/>
              <w:start w:w="15" w:type="dxa"/>
              <w:bottom w:w="35" w:type="dxa"/>
              <w:end w:w="45" w:type="dxa"/>
            </w:tcMar>
          </w:tcPr>
          <w:p>
            <w:pPr>
              <w:spacing w:before="0" w:after="0" w:line="254" w:lineRule="auto"/>
            </w:pPr>
            <w:r>
              <w:rPr>
                <w:rFonts w:ascii="Arial" w:hAnsi="Arial" w:eastAsia="Arial"/>
                <w:sz w:val="18"/>
              </w:rPr>
              <w:t>Zapoznałem się z informacją o przetwarzaniu danych osobowych zamieszczoną na drugiej stronie formularza oraz z polityką prywatności dostępną na stronie www.dalswro.pl.</w:t>
            </w:r>
          </w:p>
        </w:tc>
      </w:tr>
    </w:tbl>
    <w:p>
      <w:pPr>
        <w:spacing w:before="0" w:after="100" w:line="259" w:lineRule="auto"/>
        <w:jc w:val="both"/>
      </w:pPr>
      <w:r>
        <w:rPr>
          <w:rFonts w:ascii="Arial" w:hAnsi="Arial" w:eastAsia="Arial"/>
          <w:b/>
          <w:color w:val="5C667A"/>
          <w:sz w:val="17"/>
        </w:rPr>
        <w:t>Powyższe oświadczenia nie wyłączają ani nie ograniczają odpowiedzialności Organizatora wynikającej z bezwzględnie obowiązujących przepisów prawa.</w:t>
      </w:r>
    </w:p>
    <w:tbl>
      <w:tblPr>
        <w:tblW w:type="auto" w:w="0"/>
        <w:jc w:val="center"/>
        <w:tblLayout w:type="fixed"/>
        <w:tblLook w:firstColumn="1" w:firstRow="1" w:lastColumn="0" w:lastRow="0" w:noHBand="0" w:noVBand="1" w:val="04A0"/>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4896"/>
        <w:gridCol w:w="5242"/>
      </w:tblGrid>
      <w:tr>
        <w:trPr>
          <w:cantSplit/>
        </w:trPr>
        <w:tc>
          <w:tcPr>
            <w:tcW w:type="dxa" w:w="4896"/>
            <w:tcMar>
              <w:top w:w="95" w:type="dxa"/>
              <w:start w:w="80" w:type="dxa"/>
              <w:bottom w:w="45" w:type="dxa"/>
              <w:end w:w="80" w:type="dxa"/>
            </w:tcMar>
          </w:tcPr>
          <w:p>
            <w:pPr>
              <w:spacing w:before="0" w:after="0" w:line="240" w:lineRule="auto"/>
              <w:jc w:val="center"/>
            </w:pPr>
            <w:r>
              <w:rPr>
                <w:rFonts w:ascii="Arial" w:hAnsi="Arial" w:eastAsia="Arial"/>
                <w:b/>
                <w:color w:val="1F2A44"/>
                <w:sz w:val="17"/>
              </w:rPr>
              <w:t>Miejscowość i data</w:t>
            </w:r>
          </w:p>
        </w:tc>
        <w:tc>
          <w:tcPr>
            <w:tcW w:type="dxa" w:w="5242"/>
            <w:tcMar>
              <w:top w:w="95" w:type="dxa"/>
              <w:start w:w="80" w:type="dxa"/>
              <w:bottom w:w="45" w:type="dxa"/>
              <w:end w:w="80" w:type="dxa"/>
            </w:tcMar>
          </w:tcPr>
          <w:p>
            <w:pPr>
              <w:spacing w:before="0" w:after="0" w:line="240" w:lineRule="auto"/>
              <w:jc w:val="center"/>
            </w:pPr>
            <w:r>
              <w:rPr>
                <w:rFonts w:ascii="Arial" w:hAnsi="Arial" w:eastAsia="Arial"/>
                <w:b/>
                <w:color w:val="1F2A44"/>
                <w:sz w:val="17"/>
              </w:rPr>
              <w:t>Czytelny podpis rodzica lub opiekuna prawnego</w:t>
            </w:r>
          </w:p>
        </w:tc>
      </w:tr>
      <w:tr>
        <w:trPr>
          <w:cantSplit/>
        </w:trPr>
        <w:tc>
          <w:tcPr>
            <w:tcW w:type="dxa" w:w="4896"/>
            <w:tcMar>
              <w:top w:w="135" w:type="dxa"/>
              <w:start w:w="80" w:type="dxa"/>
              <w:bottom w:w="70" w:type="dxa"/>
              <w:end w:w="80" w:type="dxa"/>
            </w:tcMar>
          </w:tcPr>
          <w:p>
            <w:pPr>
              <w:spacing w:before="0" w:after="0" w:line="240" w:lineRule="auto"/>
              <w:jc w:val="center"/>
            </w:pPr>
            <w:r>
              <w:rPr>
                <w:rFonts w:ascii="Arial" w:hAnsi="Arial" w:eastAsia="Arial"/>
                <w:b w:val="0"/>
                <w:color w:val="5C667A"/>
                <w:sz w:val="19"/>
              </w:rPr>
              <w:t>........................................................</w:t>
            </w:r>
          </w:p>
        </w:tc>
        <w:tc>
          <w:tcPr>
            <w:tcW w:type="dxa" w:w="5242"/>
            <w:tcMar>
              <w:top w:w="135" w:type="dxa"/>
              <w:start w:w="80" w:type="dxa"/>
              <w:bottom w:w="70" w:type="dxa"/>
              <w:end w:w="80" w:type="dxa"/>
            </w:tcMar>
          </w:tcPr>
          <w:p>
            <w:pPr>
              <w:spacing w:before="0" w:after="0" w:line="240" w:lineRule="auto"/>
              <w:jc w:val="center"/>
            </w:pPr>
            <w:r>
              <w:rPr>
                <w:rFonts w:ascii="Arial" w:hAnsi="Arial" w:eastAsia="Arial"/>
                <w:b w:val="0"/>
                <w:color w:val="5C667A"/>
                <w:sz w:val="19"/>
              </w:rPr>
              <w:t>........................................................</w:t>
            </w:r>
          </w:p>
        </w:tc>
      </w:tr>
    </w:tbl>
    <w:p>
      <w:r>
        <w:br w:type="page"/>
      </w:r>
    </w:p>
    <w:p>
      <w:pPr>
        <w:pStyle w:val="Heading1"/>
        <w:spacing w:before="0" w:after="80" w:line="240" w:lineRule="auto"/>
        <w:keepNext/>
      </w:pPr>
      <w:r>
        <w:t>Decyzja dotycząca wizerunku</w:t>
      </w:r>
    </w:p>
    <w:p>
      <w:pPr>
        <w:spacing w:before="0" w:after="120" w:line="259" w:lineRule="auto"/>
      </w:pPr>
      <w:r>
        <w:rPr>
          <w:rFonts w:ascii="Arial" w:hAnsi="Arial" w:eastAsia="Arial"/>
          <w:sz w:val="19"/>
        </w:rPr>
        <w:t>Decyzja w tej części jest dobrowolna. Brak zgody nie wyklucza zawodnika z udziału w rozgrywkach. Proszę zaznaczyć dokładnie jedną odpowiedź.</w:t>
      </w:r>
    </w:p>
    <w:tbl>
      <w:tblPr>
        <w:tblW w:type="auto" w:w="0"/>
        <w:jc w:val="center"/>
        <w:tblLayout w:type="fixed"/>
        <w:tblLook w:firstColumn="1" w:firstRow="1" w:lastColumn="0" w:lastRow="0" w:noHBand="0" w:noVBand="1" w:val="04A0"/>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Pr>
      <w:tblGrid>
        <w:gridCol w:w="792"/>
        <w:gridCol w:w="9346"/>
      </w:tblGrid>
      <w:tr>
        <w:trPr>
          <w:cantSplit/>
        </w:trPr>
        <w:tc>
          <w:tcPr>
            <w:tcW w:type="dxa" w:w="792"/>
            <w:vAlign w:val="center"/>
            <w:tcMar>
              <w:top w:w="115" w:type="dxa"/>
              <w:start w:w="90" w:type="dxa"/>
              <w:bottom w:w="115" w:type="dxa"/>
              <w:end w:w="100" w:type="dxa"/>
            </w:tcMar>
            <w:shd w:fill="EEF2F7"/>
          </w:tcPr>
          <w:p>
            <w:pPr>
              <w:spacing w:before="0" w:after="0" w:line="240" w:lineRule="auto"/>
              <w:jc w:val="center"/>
            </w:pPr>
            <w:r>
              <w:rPr>
                <w:rFonts w:ascii="Arial" w:hAnsi="Arial" w:eastAsia="Arial"/>
                <w:b/>
                <w:color w:val="1F2A44"/>
                <w:sz w:val="23"/>
              </w:rPr>
              <w:t>[  ]</w:t>
            </w:r>
          </w:p>
        </w:tc>
        <w:tc>
          <w:tcPr>
            <w:tcW w:type="dxa" w:w="9346"/>
            <w:vAlign w:val="center"/>
            <w:tcMar>
              <w:top w:w="115" w:type="dxa"/>
              <w:start w:w="90" w:type="dxa"/>
              <w:bottom w:w="115" w:type="dxa"/>
              <w:end w:w="100" w:type="dxa"/>
            </w:tcMar>
            <w:shd w:fill="EEF2F7"/>
          </w:tcPr>
          <w:p>
            <w:pPr>
              <w:spacing w:before="0" w:after="0" w:line="254" w:lineRule="auto"/>
            </w:pPr>
            <w:r>
              <w:rPr>
                <w:rFonts w:ascii="Arial" w:hAnsi="Arial" w:eastAsia="Arial"/>
                <w:b/>
                <w:color w:val="1F2A44"/>
                <w:sz w:val="18"/>
              </w:rPr>
              <w:t xml:space="preserve">WYRAŻAM </w:t>
            </w:r>
            <w:r>
              <w:rPr>
                <w:rFonts w:ascii="Arial" w:hAnsi="Arial" w:eastAsia="Arial"/>
                <w:sz w:val="18"/>
              </w:rPr>
              <w:t>ZGODĘ na utrwalanie i rozpowszechnianie wizerunku oraz głosu zawodnika na zasadach opisanych poniżej.</w:t>
            </w:r>
          </w:p>
        </w:tc>
      </w:tr>
      <w:tr>
        <w:trPr>
          <w:cantSplit/>
        </w:trPr>
        <w:tc>
          <w:tcPr>
            <w:tcW w:type="dxa" w:w="792"/>
            <w:vAlign w:val="center"/>
            <w:tcMar>
              <w:top w:w="115" w:type="dxa"/>
              <w:start w:w="90" w:type="dxa"/>
              <w:bottom w:w="115" w:type="dxa"/>
              <w:end w:w="100" w:type="dxa"/>
            </w:tcMar>
          </w:tcPr>
          <w:p>
            <w:pPr>
              <w:spacing w:before="0" w:after="0" w:line="240" w:lineRule="auto"/>
              <w:jc w:val="center"/>
            </w:pPr>
            <w:r>
              <w:rPr>
                <w:rFonts w:ascii="Arial" w:hAnsi="Arial" w:eastAsia="Arial"/>
                <w:b/>
                <w:color w:val="1F2A44"/>
                <w:sz w:val="23"/>
              </w:rPr>
              <w:t>[  ]</w:t>
            </w:r>
          </w:p>
        </w:tc>
        <w:tc>
          <w:tcPr>
            <w:tcW w:type="dxa" w:w="9346"/>
            <w:vAlign w:val="center"/>
            <w:tcMar>
              <w:top w:w="115" w:type="dxa"/>
              <w:start w:w="90" w:type="dxa"/>
              <w:bottom w:w="115" w:type="dxa"/>
              <w:end w:w="100" w:type="dxa"/>
            </w:tcMar>
          </w:tcPr>
          <w:p>
            <w:pPr>
              <w:spacing w:before="0" w:after="0" w:line="254" w:lineRule="auto"/>
            </w:pPr>
            <w:r>
              <w:rPr>
                <w:rFonts w:ascii="Arial" w:hAnsi="Arial" w:eastAsia="Arial"/>
                <w:b/>
                <w:color w:val="1F2A44"/>
                <w:sz w:val="18"/>
              </w:rPr>
              <w:t xml:space="preserve">NIE </w:t>
            </w:r>
            <w:r>
              <w:rPr>
                <w:rFonts w:ascii="Arial" w:hAnsi="Arial" w:eastAsia="Arial"/>
                <w:sz w:val="18"/>
              </w:rPr>
              <w:t>WYRAŻAM ZGODY na indywidualne utrwalanie i rozpowszechnianie wizerunku oraz głosu zawodnika w celach promocyjnych.</w:t>
            </w:r>
          </w:p>
        </w:tc>
      </w:tr>
    </w:tbl>
    <w:p>
      <w:pPr>
        <w:spacing w:before="0" w:after="80" w:line="259" w:lineRule="auto"/>
        <w:jc w:val="both"/>
      </w:pPr>
      <w:r>
        <w:rPr>
          <w:rFonts w:ascii="Arial" w:hAnsi="Arial" w:eastAsia="Arial"/>
          <w:sz w:val="18"/>
        </w:rPr>
        <w:t>Jeżeli zaznaczono zgodę, obejmuje ona nieodpłatne i niewyłączne wykorzystywanie zdjęć, nagrań wideo i transmisji wykonanych podczas meczów oraz oficjalnych wydarzeń DALS w celu relacjonowania, dokumentowania i promowania rozgrywek. Materiały mogą być publikowane na stronie DALS, oficjalnych profilach w mediach społecznościowych, w serwisie YouTube, transmisjach, grafikach, materiałach MVP, podsumowaniach oraz oficjalnych materiałach sponsorskich i partnerskich DALS.</w:t>
      </w:r>
    </w:p>
    <w:p>
      <w:pPr>
        <w:spacing w:before="0" w:after="80" w:line="259" w:lineRule="auto"/>
        <w:jc w:val="both"/>
      </w:pPr>
      <w:r>
        <w:rPr>
          <w:rFonts w:ascii="Arial" w:hAnsi="Arial" w:eastAsia="Arial"/>
          <w:sz w:val="18"/>
        </w:rPr>
        <w:t>Wizerunek może zostać wykadrowany, zmontowany i połączony z imieniem i nazwiskiem albo pseudonimem zawodnika, nazwą drużyny, wynikiem oraz oznaczeniami DALS i partnerów ligi. Zgoda nie pozwala partnerom lub sponsorom używać wizerunku zawodnika samodzielnie do reklamy ich produktów albo usług poza oficjalnymi materiałami DALS.</w:t>
      </w:r>
    </w:p>
    <w:p>
      <w:pPr>
        <w:spacing w:before="0" w:after="120" w:line="259" w:lineRule="auto"/>
        <w:jc w:val="both"/>
      </w:pPr>
      <w:r>
        <w:rPr>
          <w:rFonts w:ascii="Arial" w:hAnsi="Arial" w:eastAsia="Arial"/>
          <w:sz w:val="18"/>
        </w:rPr>
        <w:t>Zgodę można wycofać na przyszłość, wysyłając wiadomość na dalswro@gmail.com. Wycofanie nie wpływa na zgodność z prawem wcześniejszego wykorzystania. Brak lub wycofanie zgody nie dotyczy przypadków, w których rozpowszechnianie wizerunku jest dozwolone bez zezwolenia na podstawie przepisów prawa, w szczególności gdy zawodnik stanowi jedynie szczegół większej całości, takiej jak publiczna impreza sportowa.</w:t>
      </w:r>
    </w:p>
    <w:tbl>
      <w:tblPr>
        <w:tblW w:type="auto" w:w="0"/>
        <w:jc w:val="center"/>
        <w:tblLayout w:type="fixed"/>
        <w:tblLook w:firstColumn="1" w:firstRow="1" w:lastColumn="0" w:lastRow="0" w:noHBand="0" w:noVBand="1" w:val="04A0"/>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4896"/>
        <w:gridCol w:w="5242"/>
      </w:tblGrid>
      <w:tr>
        <w:trPr>
          <w:cantSplit/>
        </w:trPr>
        <w:tc>
          <w:tcPr>
            <w:tcW w:type="dxa" w:w="4896"/>
            <w:tcMar>
              <w:top w:w="95" w:type="dxa"/>
              <w:start w:w="80" w:type="dxa"/>
              <w:bottom w:w="45" w:type="dxa"/>
              <w:end w:w="80" w:type="dxa"/>
            </w:tcMar>
          </w:tcPr>
          <w:p>
            <w:pPr>
              <w:spacing w:before="0" w:after="0" w:line="240" w:lineRule="auto"/>
              <w:jc w:val="center"/>
            </w:pPr>
            <w:r>
              <w:rPr>
                <w:rFonts w:ascii="Arial" w:hAnsi="Arial" w:eastAsia="Arial"/>
                <w:b/>
                <w:color w:val="1F2A44"/>
                <w:sz w:val="17"/>
              </w:rPr>
              <w:t>Miejscowość i data</w:t>
            </w:r>
          </w:p>
        </w:tc>
        <w:tc>
          <w:tcPr>
            <w:tcW w:type="dxa" w:w="5242"/>
            <w:tcMar>
              <w:top w:w="95" w:type="dxa"/>
              <w:start w:w="80" w:type="dxa"/>
              <w:bottom w:w="45" w:type="dxa"/>
              <w:end w:w="80" w:type="dxa"/>
            </w:tcMar>
          </w:tcPr>
          <w:p>
            <w:pPr>
              <w:spacing w:before="0" w:after="0" w:line="240" w:lineRule="auto"/>
              <w:jc w:val="center"/>
            </w:pPr>
            <w:r>
              <w:rPr>
                <w:rFonts w:ascii="Arial" w:hAnsi="Arial" w:eastAsia="Arial"/>
                <w:b/>
                <w:color w:val="1F2A44"/>
                <w:sz w:val="17"/>
              </w:rPr>
              <w:t>Czytelny podpis rodzica lub opiekuna prawnego</w:t>
            </w:r>
          </w:p>
        </w:tc>
      </w:tr>
      <w:tr>
        <w:trPr>
          <w:cantSplit/>
        </w:trPr>
        <w:tc>
          <w:tcPr>
            <w:tcW w:type="dxa" w:w="4896"/>
            <w:tcMar>
              <w:top w:w="135" w:type="dxa"/>
              <w:start w:w="80" w:type="dxa"/>
              <w:bottom w:w="70" w:type="dxa"/>
              <w:end w:w="80" w:type="dxa"/>
            </w:tcMar>
          </w:tcPr>
          <w:p>
            <w:pPr>
              <w:spacing w:before="0" w:after="0" w:line="240" w:lineRule="auto"/>
              <w:jc w:val="center"/>
            </w:pPr>
            <w:r>
              <w:rPr>
                <w:rFonts w:ascii="Arial" w:hAnsi="Arial" w:eastAsia="Arial"/>
                <w:b w:val="0"/>
                <w:color w:val="5C667A"/>
                <w:sz w:val="19"/>
              </w:rPr>
              <w:t>........................................................</w:t>
            </w:r>
          </w:p>
        </w:tc>
        <w:tc>
          <w:tcPr>
            <w:tcW w:type="dxa" w:w="5242"/>
            <w:tcMar>
              <w:top w:w="135" w:type="dxa"/>
              <w:start w:w="80" w:type="dxa"/>
              <w:bottom w:w="70" w:type="dxa"/>
              <w:end w:w="80" w:type="dxa"/>
            </w:tcMar>
          </w:tcPr>
          <w:p>
            <w:pPr>
              <w:spacing w:before="0" w:after="0" w:line="240" w:lineRule="auto"/>
              <w:jc w:val="center"/>
            </w:pPr>
            <w:r>
              <w:rPr>
                <w:rFonts w:ascii="Arial" w:hAnsi="Arial" w:eastAsia="Arial"/>
                <w:b w:val="0"/>
                <w:color w:val="5C667A"/>
                <w:sz w:val="19"/>
              </w:rPr>
              <w:t>........................................................</w:t>
            </w:r>
          </w:p>
        </w:tc>
      </w:tr>
    </w:tbl>
    <w:p>
      <w:pPr>
        <w:spacing w:before="40" w:after="0" w:line="240" w:lineRule="auto"/>
        <w:jc w:val="center"/>
      </w:pPr>
      <w:r>
        <w:rPr>
          <w:rFonts w:ascii="Arial" w:hAnsi="Arial" w:eastAsia="Arial"/>
          <w:color w:val="5C667A"/>
          <w:sz w:val="16"/>
        </w:rPr>
        <w:t>Podpis potwierdza wyłącznie decyzję zaznaczoną w części dotyczącej wizerunku.</w:t>
      </w:r>
    </w:p>
    <w:p>
      <w:pPr>
        <w:pStyle w:val="Heading1"/>
        <w:spacing w:before="180" w:after="60" w:line="240" w:lineRule="auto"/>
        <w:keepNext/>
      </w:pPr>
      <w:r>
        <w:t>Informacja o danych osobowych</w:t>
      </w:r>
    </w:p>
    <w:p>
      <w:pPr>
        <w:spacing w:before="0" w:after="60" w:line="250" w:lineRule="auto"/>
      </w:pPr>
      <w:r>
        <w:rPr>
          <w:rFonts w:ascii="Arial" w:hAnsi="Arial" w:eastAsia="Arial"/>
          <w:b/>
          <w:color w:val="1F2A44"/>
          <w:sz w:val="17"/>
        </w:rPr>
        <w:t xml:space="preserve">Administrator  </w:t>
      </w:r>
      <w:r>
        <w:rPr>
          <w:rFonts w:ascii="Arial" w:hAnsi="Arial" w:eastAsia="Arial"/>
          <w:sz w:val="17"/>
        </w:rPr>
        <w:t>Fundacja Dolnośląska Amatorska Liga Siatkówki, ul. Anny Jasińskiej 13, 54-530 Wrocław, dalswro@gmail.com, tel. 691 487 903.</w:t>
      </w:r>
    </w:p>
    <w:p>
      <w:pPr>
        <w:spacing w:before="0" w:after="60" w:line="250" w:lineRule="auto"/>
      </w:pPr>
      <w:r>
        <w:rPr>
          <w:rFonts w:ascii="Arial" w:hAnsi="Arial" w:eastAsia="Arial"/>
          <w:b/>
          <w:color w:val="1F2A44"/>
          <w:sz w:val="17"/>
        </w:rPr>
        <w:t xml:space="preserve">Cele i podstawy  </w:t>
      </w:r>
      <w:r>
        <w:rPr>
          <w:rFonts w:ascii="Arial" w:hAnsi="Arial" w:eastAsia="Arial"/>
          <w:sz w:val="17"/>
        </w:rPr>
        <w:t>Dane zawodnika i opiekuna są przetwarzane w celu dopuszczenia zawodnika do rozgrywek, potwierdzenia zgody, organizacji udziału, komunikacji i zabezpieczenia roszczeń. Podstawą jest zawarcie i wykonanie ustaleń dotyczących udziału oraz prawnie uzasadniony interes Fundacji polegający na organizacji rozgrywek (art. 6 ust. 1 lit. b i f RODO). W zakresie indywidualnego wykorzystania wizerunku podstawą jest zaznaczona zgoda (art. 6 ust. 1 lit. a RODO).</w:t>
      </w:r>
    </w:p>
    <w:p>
      <w:pPr>
        <w:spacing w:before="0" w:after="60" w:line="250" w:lineRule="auto"/>
      </w:pPr>
      <w:r>
        <w:rPr>
          <w:rFonts w:ascii="Arial" w:hAnsi="Arial" w:eastAsia="Arial"/>
          <w:b/>
          <w:color w:val="1F2A44"/>
          <w:sz w:val="17"/>
        </w:rPr>
        <w:t xml:space="preserve">Odbiorcy  </w:t>
      </w:r>
      <w:r>
        <w:rPr>
          <w:rFonts w:ascii="Arial" w:hAnsi="Arial" w:eastAsia="Arial"/>
          <w:sz w:val="17"/>
        </w:rPr>
        <w:t>Dane mogą otrzymać osoby obsługujące rozgrywki oraz dostawcy hostingu, poczty, narzędzi komunikacji i obsługi strony. Publicznie udostępniane są tylko dane i materiały potrzebne do prowadzenia, relacjonowania i promowania ligi na zasadach opisanych w Regulaminie i polityce prywatności.</w:t>
      </w:r>
    </w:p>
    <w:p>
      <w:pPr>
        <w:spacing w:before="0" w:after="60" w:line="250" w:lineRule="auto"/>
      </w:pPr>
      <w:r>
        <w:rPr>
          <w:rFonts w:ascii="Arial" w:hAnsi="Arial" w:eastAsia="Arial"/>
          <w:b/>
          <w:color w:val="1F2A44"/>
          <w:sz w:val="17"/>
        </w:rPr>
        <w:t xml:space="preserve">Okres  </w:t>
      </w:r>
      <w:r>
        <w:rPr>
          <w:rFonts w:ascii="Arial" w:hAnsi="Arial" w:eastAsia="Arial"/>
          <w:sz w:val="17"/>
        </w:rPr>
        <w:t>Dane z formularza są przechowywane przez sezon i okres jego rozliczenia, co do zasady nie dłużej niż 12 miesięcy od zakończenia sezonu, chyba że dłuższy okres jest potrzebny do obowiązków prawnych lub zabezpieczenia roszczeń. Materiały archiwalne mogą być przechowywane zgodnie z polityką prywatności i wybraną decyzją dotyczącą wizerunku.</w:t>
      </w:r>
    </w:p>
    <w:p>
      <w:pPr>
        <w:spacing w:before="0" w:after="60" w:line="250" w:lineRule="auto"/>
      </w:pPr>
      <w:r>
        <w:rPr>
          <w:rFonts w:ascii="Arial" w:hAnsi="Arial" w:eastAsia="Arial"/>
          <w:b/>
          <w:color w:val="1F2A44"/>
          <w:sz w:val="17"/>
        </w:rPr>
        <w:t xml:space="preserve">Prawa  </w:t>
      </w:r>
      <w:r>
        <w:rPr>
          <w:rFonts w:ascii="Arial" w:hAnsi="Arial" w:eastAsia="Arial"/>
          <w:sz w:val="17"/>
        </w:rPr>
        <w:t>Przysługuje prawo dostępu do danych, ich sprostowania, usunięcia, ograniczenia przetwarzania, sprzeciwu, przenoszenia danych - gdy ma zastosowanie - oraz cofnięcia zgody na przyszłość. Skargę można wnieść do Prezesa Urzędu Ochrony Danych Osobowych.</w:t>
      </w:r>
    </w:p>
    <w:p>
      <w:pPr>
        <w:spacing w:before="40" w:after="0" w:line="240" w:lineRule="auto"/>
        <w:jc w:val="center"/>
      </w:pPr>
      <w:r>
        <w:rPr>
          <w:rFonts w:ascii="Arial" w:hAnsi="Arial" w:eastAsia="Arial"/>
          <w:b/>
          <w:color w:val="5C667A"/>
          <w:sz w:val="17"/>
        </w:rPr>
        <w:t>Pełna polityka prywatności jest dostępna na stronie www.dalswro.pl.</w:t>
      </w:r>
    </w:p>
    <w:sectPr w:rsidR="00FC693F" w:rsidRPr="0006063C" w:rsidSect="00034616">
      <w:headerReference w:type="default" r:id="rId9"/>
      <w:footerReference w:type="default" r:id="rId10"/>
      <w:pgSz w:w="12240" w:h="15840"/>
      <w:pgMar w:top="778" w:right="1051" w:bottom="749" w:left="1051"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8208"/>
      <w:gridCol w:w="1930"/>
    </w:tblGrid>
    <w:tr>
      <w:tc>
        <w:tcPr>
          <w:tcW w:type="dxa" w:w="5069"/>
        </w:tcPr>
        <w:p>
          <w:pPr>
            <w:spacing w:before="0" w:after="0" w:line="240" w:lineRule="auto"/>
          </w:pPr>
          <w:r>
            <w:rPr>
              <w:rFonts w:ascii="Arial" w:hAnsi="Arial" w:eastAsia="Arial"/>
              <w:color w:val="5C667A"/>
              <w:sz w:val="16"/>
            </w:rPr>
            <w:t>www.dalswro.pl  |  dalswro@gmail.com  |  691 487 903</w:t>
          </w:r>
        </w:p>
      </w:tc>
      <w:tc>
        <w:tcPr>
          <w:tcW w:type="dxa" w:w="5069"/>
        </w:tcPr>
        <w:p>
          <w:pPr>
            <w:jc w:val="right"/>
          </w:pPr>
          <w:r>
            <w:rPr>
              <w:rFonts w:ascii="Arial" w:hAnsi="Arial" w:eastAsia="Arial"/>
              <w:color w:val="5C667A"/>
              <w:sz w:val="16"/>
            </w:rPr>
            <w:t xml:space="preserve">Strona </w:t>
            <w:fldChar w:fldCharType="begin"/>
            <w:instrText xml:space="preserve">PAGE</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left"/>
    </w:pPr>
    <w:r>
      <w:rPr>
        <w:rFonts w:ascii="Arial" w:hAnsi="Arial" w:eastAsia="Arial"/>
        <w:b/>
        <w:color w:val="1F2A44"/>
        <w:sz w:val="16"/>
      </w:rPr>
      <w:t>DALS  |  SEZON 2026 2027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Arial" w:hAnsi="Arial"/>
      <w:b/>
      <w:color w:val="000000"/>
      <w:spacing w:val="5"/>
      <w:kern w:val="28"/>
      <w:sz w:val="3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LogoDals" Type="http://schemas.openxmlformats.org/officeDocument/2006/relationships/image" Target="media/logo-dals.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Zgoda rodzica lub opiekuna prawnego na udział osoby niepełnoletniej w DALS</dc:title>
  <dc:subject>Sezon 2026/2027</dc:subject>
  <dc:creator>Fundacja Dolnośląska Amatorska Liga Siatkówki</dc:creator>
  <cp:keywords>DALS, osoba niepełnoletnia, zgoda rodzica, siatkówka</cp:keywords>
  <dc:description>generated by python-docx</dc:description>
  <cp:lastModifiedBy/>
  <cp:revision>1</cp:revision>
  <dcterms:created xsi:type="dcterms:W3CDTF">2013-12-23T23:15:00Z</dcterms:created>
  <dcterms:modified xsi:type="dcterms:W3CDTF">2013-12-23T23:15:00Z</dcterms:modified>
  <cp:category/>
</cp:coreProperties>
</file>